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48A" w:rsidRDefault="00EE2648">
      <w:pPr>
        <w:pStyle w:val="Title"/>
      </w:pPr>
      <w:r>
        <w:t>Privacy Policy</w:t>
      </w:r>
    </w:p>
    <w:p w:rsidR="007F648A" w:rsidRDefault="00EE2648">
      <w:r>
        <w:t>Effective Date: June 01, 2025</w:t>
      </w:r>
      <w:r>
        <w:br/>
      </w:r>
    </w:p>
    <w:p w:rsidR="007F648A" w:rsidRDefault="00EE2648">
      <w:pPr>
        <w:pStyle w:val="Heading1"/>
      </w:pPr>
      <w:r>
        <w:t>1. Introduction</w:t>
      </w:r>
    </w:p>
    <w:p w:rsidR="007F648A" w:rsidRDefault="00EE2648">
      <w:r>
        <w:t xml:space="preserve">At Webifyme, we are committed to protecting your privacy. This Privacy Policy outlines how we collect, use, and safeguard your personal information when you visit our website or use our </w:t>
      </w:r>
      <w:r>
        <w:t>services.</w:t>
      </w:r>
    </w:p>
    <w:p w:rsidR="007F648A" w:rsidRDefault="00EE2648">
      <w:pPr>
        <w:pStyle w:val="Heading1"/>
      </w:pPr>
      <w:r>
        <w:t>2. Information We Collect</w:t>
      </w:r>
    </w:p>
    <w:p w:rsidR="007F648A" w:rsidRDefault="00EE2648">
      <w:r>
        <w:t>We may collect personal information such as your name, email address, phone number, and company name when you fill out a contact form, subscribe to our newsletter, or engage our services. We also collect non-personal dat</w:t>
      </w:r>
      <w:r>
        <w:t>a such as browser type, device information, and IP addresses for analytics purposes.</w:t>
      </w:r>
    </w:p>
    <w:p w:rsidR="007F648A" w:rsidRDefault="00EE2648">
      <w:pPr>
        <w:pStyle w:val="Heading1"/>
      </w:pPr>
      <w:r>
        <w:t>3. How We Use Your Information</w:t>
      </w:r>
    </w:p>
    <w:p w:rsidR="007F648A" w:rsidRDefault="00EE2648">
      <w:r>
        <w:t>We use the information we collect to provide, maintain, and improve our services, communicate with you, send updates and promotional materia</w:t>
      </w:r>
      <w:r>
        <w:t>ls, and personalize your experience.</w:t>
      </w:r>
    </w:p>
    <w:p w:rsidR="007F648A" w:rsidRDefault="00EE2648">
      <w:pPr>
        <w:pStyle w:val="Heading1"/>
      </w:pPr>
      <w:r>
        <w:t>4. Sharing Your Information</w:t>
      </w:r>
    </w:p>
    <w:p w:rsidR="007F648A" w:rsidRDefault="00EE2648">
      <w:r>
        <w:t>We do not sell, rent, or trade your personal information. We may share your information with trusted third parties who assist us in operating our website or delivering services, as long as th</w:t>
      </w:r>
      <w:r>
        <w:t>ey agree to keep this information confidential.</w:t>
      </w:r>
    </w:p>
    <w:p w:rsidR="007F648A" w:rsidRDefault="00EE2648">
      <w:pPr>
        <w:pStyle w:val="Heading1"/>
      </w:pPr>
      <w:r>
        <w:t>5. Data Security</w:t>
      </w:r>
    </w:p>
    <w:p w:rsidR="007F648A" w:rsidRDefault="00EE2648">
      <w:r>
        <w:t>We implement a variety of security measures to maintain the safety of your personal information. However, no method of transmission over the Internet is 100% secure, so we cannot guarantee it</w:t>
      </w:r>
      <w:r>
        <w:t>s absolute security.</w:t>
      </w:r>
    </w:p>
    <w:p w:rsidR="007F648A" w:rsidRDefault="00EE2648">
      <w:pPr>
        <w:pStyle w:val="Heading1"/>
      </w:pPr>
      <w:r>
        <w:t>6. Cookies and Tracking Technologies</w:t>
      </w:r>
    </w:p>
    <w:p w:rsidR="007F648A" w:rsidRDefault="00EE2648">
      <w:r>
        <w:t>Our website uses cookies to enhance your browsing experience. You can choose to disable cookies through your browser settings, but this may affect your ability to use certain features.</w:t>
      </w:r>
    </w:p>
    <w:p w:rsidR="007F648A" w:rsidRDefault="00EE2648">
      <w:pPr>
        <w:pStyle w:val="Heading1"/>
      </w:pPr>
      <w:r>
        <w:lastRenderedPageBreak/>
        <w:t>7. Your Right</w:t>
      </w:r>
      <w:r>
        <w:t>s</w:t>
      </w:r>
    </w:p>
    <w:p w:rsidR="007F648A" w:rsidRDefault="00EE2648">
      <w:r>
        <w:t>You have the right to access, update, or delete your personal information. If you wish to exercise these rights, please contact us using the information provided below.</w:t>
      </w:r>
    </w:p>
    <w:p w:rsidR="007F648A" w:rsidRDefault="00EE2648">
      <w:pPr>
        <w:pStyle w:val="Heading1"/>
      </w:pPr>
      <w:r>
        <w:t>8. Third-Party Links</w:t>
      </w:r>
    </w:p>
    <w:p w:rsidR="007F648A" w:rsidRDefault="00EE2648">
      <w:r>
        <w:t>Our website may contain links to third-party websites. We are no</w:t>
      </w:r>
      <w:r>
        <w:t>t responsible for the privacy practices or content of those sites.</w:t>
      </w:r>
    </w:p>
    <w:p w:rsidR="007F648A" w:rsidRDefault="00EE2648">
      <w:pPr>
        <w:pStyle w:val="Heading1"/>
      </w:pPr>
      <w:r>
        <w:t>9. Changes to This Policy</w:t>
      </w:r>
    </w:p>
    <w:p w:rsidR="007F648A" w:rsidRDefault="00EE2648">
      <w:r>
        <w:t xml:space="preserve">We may update this Privacy Policy from time to time. Any changes will be posted on this page with an updated effective date. Continued use of our site or services </w:t>
      </w:r>
      <w:r>
        <w:t>constitutes acceptance of those changes.</w:t>
      </w:r>
    </w:p>
    <w:p w:rsidR="007F648A" w:rsidRDefault="00EE2648">
      <w:pPr>
        <w:pStyle w:val="Heading1"/>
      </w:pPr>
      <w:r>
        <w:t>10. Contact Us</w:t>
      </w:r>
    </w:p>
    <w:p w:rsidR="007F648A" w:rsidRDefault="00EE2648">
      <w:r>
        <w:t>If you have any questions about this Privacy Policy or our data practices, please contact us at</w:t>
      </w:r>
      <w:proofErr w:type="gramStart"/>
      <w:r>
        <w:t>:</w:t>
      </w:r>
      <w:proofErr w:type="gramEnd"/>
      <w:r>
        <w:br/>
      </w:r>
      <w:r>
        <w:br/>
      </w:r>
      <w:proofErr w:type="spellStart"/>
      <w:r>
        <w:t>WebifyMe</w:t>
      </w:r>
      <w:proofErr w:type="spellEnd"/>
      <w:r>
        <w:br/>
        <w:t>Email: info@webifyme.com</w:t>
      </w:r>
      <w:r>
        <w:br/>
        <w:t>Phone: +91 9840853217</w:t>
      </w:r>
      <w:r>
        <w:br/>
        <w:t>Website: www.webify</w:t>
      </w:r>
      <w:bookmarkStart w:id="0" w:name="_GoBack"/>
      <w:bookmarkEnd w:id="0"/>
      <w:r>
        <w:t>me.com</w:t>
      </w:r>
    </w:p>
    <w:sectPr w:rsidR="007F648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7F648A"/>
    <w:rsid w:val="00AA1D8D"/>
    <w:rsid w:val="00B47730"/>
    <w:rsid w:val="00CB0664"/>
    <w:rsid w:val="00EE264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15:docId w15:val="{254B7179-FF35-42B3-8E86-7B560A398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F452E-BEFB-42B2-B822-AC5F7FAF6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355</Words>
  <Characters>1921</Characters>
  <Application>Microsoft Office Word</Application>
  <DocSecurity>0</DocSecurity>
  <Lines>45</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2</cp:revision>
  <dcterms:created xsi:type="dcterms:W3CDTF">2013-12-23T23:15:00Z</dcterms:created>
  <dcterms:modified xsi:type="dcterms:W3CDTF">2025-06-01T03:58:00Z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939694c9-653c-41bf-8f85-e61850b6fa15</vt:lpwstr>
  </property>
</Properties>
</file>